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747BA" w14:textId="551E2A4F" w:rsidR="005D4E8F" w:rsidRDefault="00A032C1" w:rsidP="005D4E8F">
      <w:pPr>
        <w:tabs>
          <w:tab w:val="left" w:pos="825"/>
        </w:tabs>
        <w:spacing w:after="408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7F8A71" wp14:editId="5AE5760C">
            <wp:simplePos x="685800" y="685800"/>
            <wp:positionH relativeFrom="column">
              <wp:align>left</wp:align>
            </wp:positionH>
            <wp:positionV relativeFrom="paragraph">
              <wp:align>top</wp:align>
            </wp:positionV>
            <wp:extent cx="2485390" cy="7327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g-000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5390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4E8F">
        <w:tab/>
        <w:t xml:space="preserve">             </w:t>
      </w:r>
      <w:r w:rsidR="005D4E8F">
        <w:rPr>
          <w:noProof/>
        </w:rPr>
        <w:drawing>
          <wp:inline distT="0" distB="0" distL="0" distR="0" wp14:anchorId="05A57D4D" wp14:editId="38C4AAF2">
            <wp:extent cx="2485390" cy="543679"/>
            <wp:effectExtent l="0" t="0" r="0" b="8890"/>
            <wp:docPr id="9493044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304420" name="Picture 9493044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67547" cy="56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28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4"/>
      </w:tblGrid>
      <w:tr w:rsidR="00956DCE" w14:paraId="468F2B98" w14:textId="77777777" w:rsidTr="005D4E8F">
        <w:trPr>
          <w:trHeight w:hRule="exact" w:val="522"/>
        </w:trPr>
        <w:tc>
          <w:tcPr>
            <w:tcW w:w="2894" w:type="dxa"/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83327" w14:textId="2C02EB59" w:rsidR="00956DCE" w:rsidRDefault="005D4E8F">
            <w:pPr>
              <w:spacing w:line="240" w:lineRule="exact"/>
              <w:ind w:left="200"/>
            </w:pPr>
            <w:r>
              <w:br w:type="textWrapping" w:clear="all"/>
            </w:r>
            <w:r w:rsidR="00A032C1">
              <w:rPr>
                <w:b/>
                <w:color w:val="FFFFFF"/>
                <w:spacing w:val="32"/>
                <w:sz w:val="20"/>
              </w:rPr>
              <w:t>IMPORTANT NOTICE</w:t>
            </w:r>
          </w:p>
        </w:tc>
      </w:tr>
    </w:tbl>
    <w:p w14:paraId="7D884A8B" w14:textId="77777777" w:rsidR="00956DCE" w:rsidRDefault="00A032C1">
      <w:pPr>
        <w:spacing w:before="304" w:line="600" w:lineRule="exact"/>
      </w:pPr>
      <w:r>
        <w:rPr>
          <w:b/>
          <w:spacing w:val="-13"/>
          <w:sz w:val="56"/>
        </w:rPr>
        <w:t>We are adding new</w:t>
      </w:r>
      <w:r>
        <w:rPr>
          <w:sz w:val="56"/>
        </w:rPr>
        <w:br/>
      </w:r>
      <w:r>
        <w:rPr>
          <w:b/>
          <w:spacing w:val="-13"/>
          <w:sz w:val="56"/>
        </w:rPr>
        <w:t>emergency alert numbers</w:t>
      </w:r>
    </w:p>
    <w:p w14:paraId="70A0BF03" w14:textId="77777777" w:rsidR="00956DCE" w:rsidRDefault="00A032C1">
      <w:pPr>
        <w:spacing w:before="196" w:after="342" w:line="340" w:lineRule="exact"/>
      </w:pPr>
      <w:r>
        <w:rPr>
          <w:sz w:val="24"/>
        </w:rPr>
        <w:t>Add these numbers to your phone so an emergency alert never arrives from</w:t>
      </w:r>
      <w:r>
        <w:rPr>
          <w:sz w:val="24"/>
        </w:rPr>
        <w:br/>
      </w:r>
      <w:r>
        <w:rPr>
          <w:sz w:val="24"/>
        </w:rPr>
        <w:t>a number you do not recognize.</w:t>
      </w: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0"/>
      </w:tblGrid>
      <w:tr w:rsidR="00956DCE" w14:paraId="0A00D01A" w14:textId="77777777">
        <w:trPr>
          <w:trHeight w:hRule="exact" w:val="644"/>
        </w:trPr>
        <w:tc>
          <w:tcPr>
            <w:tcW w:w="10080" w:type="dxa"/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CD47E" w14:textId="77777777" w:rsidR="00956DCE" w:rsidRDefault="00A032C1">
            <w:pPr>
              <w:spacing w:line="330" w:lineRule="exact"/>
              <w:ind w:left="260"/>
            </w:pPr>
            <w:r>
              <w:rPr>
                <w:b/>
                <w:color w:val="FFFFFF"/>
                <w:spacing w:val="-3"/>
                <w:sz w:val="28"/>
              </w:rPr>
              <w:t>In use as of September 15, 2026</w:t>
            </w:r>
          </w:p>
        </w:tc>
      </w:tr>
    </w:tbl>
    <w:p w14:paraId="5C3C1F41" w14:textId="77777777" w:rsidR="00956DCE" w:rsidRDefault="00956DCE">
      <w:pPr>
        <w:spacing w:line="360" w:lineRule="exact"/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6960"/>
      </w:tblGrid>
      <w:tr w:rsidR="00956DCE" w14:paraId="5C19F371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7E818" w14:textId="77777777" w:rsidR="00956DCE" w:rsidRDefault="00A032C1">
            <w:r>
              <w:rPr>
                <w:noProof/>
              </w:rPr>
              <w:drawing>
                <wp:inline distT="0" distB="0" distL="0" distR="0" wp14:anchorId="28FBA970" wp14:editId="59A005B1">
                  <wp:extent cx="1676400" cy="1676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g-00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F8E47" w14:textId="77777777" w:rsidR="00956DCE" w:rsidRDefault="00A032C1">
            <w:pPr>
              <w:spacing w:after="138"/>
            </w:pPr>
            <w:r>
              <w:rPr>
                <w:b/>
                <w:spacing w:val="-4"/>
                <w:sz w:val="30"/>
              </w:rPr>
              <w:t>Scan to add the new numbers</w:t>
            </w:r>
          </w:p>
          <w:p w14:paraId="4461FE0D" w14:textId="77777777" w:rsidR="00956DCE" w:rsidRDefault="00A032C1">
            <w:r>
              <w:rPr>
                <w:color w:val="333333"/>
                <w:sz w:val="21"/>
              </w:rPr>
              <w:t>Point your phone camera at the code, then tap to add the contact.</w:t>
            </w:r>
          </w:p>
          <w:p w14:paraId="7E5C24C4" w14:textId="77777777" w:rsidR="00956DCE" w:rsidRDefault="00A032C1">
            <w:pPr>
              <w:spacing w:before="302" w:after="74"/>
            </w:pPr>
            <w:r>
              <w:rPr>
                <w:b/>
                <w:spacing w:val="9"/>
                <w:sz w:val="19"/>
              </w:rPr>
              <w:t>OR ADD THEM BY HAND AS “NOTIFY ALERTS”</w:t>
            </w:r>
          </w:p>
          <w:p w14:paraId="2FFB708F" w14:textId="77777777" w:rsidR="00956DCE" w:rsidRDefault="00A032C1">
            <w:pPr>
              <w:spacing w:line="460" w:lineRule="exact"/>
            </w:pPr>
            <w:r>
              <w:rPr>
                <w:b/>
                <w:spacing w:val="2"/>
                <w:sz w:val="34"/>
              </w:rPr>
              <w:t>+1 587-317-2255</w:t>
            </w:r>
            <w:r>
              <w:rPr>
                <w:sz w:val="34"/>
              </w:rPr>
              <w:br/>
            </w:r>
            <w:r>
              <w:rPr>
                <w:b/>
                <w:spacing w:val="2"/>
                <w:sz w:val="34"/>
              </w:rPr>
              <w:t>+1 587-317-2257</w:t>
            </w:r>
            <w:r>
              <w:rPr>
                <w:sz w:val="34"/>
              </w:rPr>
              <w:br/>
            </w:r>
            <w:r>
              <w:rPr>
                <w:b/>
                <w:spacing w:val="2"/>
                <w:sz w:val="34"/>
              </w:rPr>
              <w:t>+1 587-317-2259</w:t>
            </w:r>
          </w:p>
        </w:tc>
      </w:tr>
    </w:tbl>
    <w:p w14:paraId="6A9D198E" w14:textId="77777777" w:rsidR="00956DCE" w:rsidRDefault="00956DCE">
      <w:pPr>
        <w:pBdr>
          <w:bottom w:val="single" w:sz="6" w:space="0" w:color="C4C4C4"/>
        </w:pBdr>
        <w:spacing w:line="360" w:lineRule="exact"/>
      </w:pPr>
    </w:p>
    <w:p w14:paraId="27EA3ED2" w14:textId="77777777" w:rsidR="00956DCE" w:rsidRDefault="00A032C1">
      <w:pPr>
        <w:spacing w:before="214" w:line="320" w:lineRule="exact"/>
      </w:pPr>
      <w:r>
        <w:rPr>
          <w:b/>
        </w:rPr>
        <w:t>Nothing to delete.</w:t>
      </w:r>
      <w:r>
        <w:t xml:space="preserve"> This adds a new contact called Notify Alerts. Any alert numbers you already</w:t>
      </w:r>
      <w:r>
        <w:br/>
      </w:r>
      <w:r>
        <w:t>have will keep working.</w:t>
      </w:r>
    </w:p>
    <w:p w14:paraId="6078B6C9" w14:textId="77777777" w:rsidR="00956DCE" w:rsidRDefault="00A032C1">
      <w:pPr>
        <w:spacing w:before="250" w:line="320" w:lineRule="exact"/>
      </w:pPr>
      <w:r>
        <w:rPr>
          <w:b/>
        </w:rPr>
        <w:t>Let alerts through silent mode.</w:t>
      </w:r>
      <w:r>
        <w:t xml:space="preserve"> Open the saved contact and turn on Emergency Bypass</w:t>
      </w:r>
      <w:r>
        <w:br/>
      </w:r>
      <w:r>
        <w:t>(iPhone), or set it as a priority contact (Android). Alerts will then sound even when your</w:t>
      </w:r>
      <w:r>
        <w:br/>
      </w:r>
      <w:r>
        <w:t>phone is silenced.</w:t>
      </w:r>
    </w:p>
    <w:p w14:paraId="12091537" w14:textId="77777777" w:rsidR="00956DCE" w:rsidRDefault="00A032C1">
      <w:pPr>
        <w:spacing w:before="326" w:line="280" w:lineRule="exact"/>
      </w:pPr>
      <w:r>
        <w:rPr>
          <w:color w:val="2B2B2B"/>
          <w:sz w:val="19"/>
        </w:rPr>
        <w:t>Alerts come from these numbers only. We will never ask you for money, banking details, or personal</w:t>
      </w:r>
      <w:r>
        <w:rPr>
          <w:sz w:val="19"/>
        </w:rPr>
        <w:br/>
      </w:r>
      <w:r>
        <w:rPr>
          <w:color w:val="2B2B2B"/>
          <w:sz w:val="19"/>
        </w:rPr>
        <w:t>information by text.</w:t>
      </w:r>
    </w:p>
    <w:sectPr w:rsidR="00956DCE" w:rsidSect="00034616">
      <w:footerReference w:type="default" r:id="rId11"/>
      <w:pgSz w:w="12240" w:h="15840"/>
      <w:pgMar w:top="1080" w:right="1080" w:bottom="1080" w:left="1080" w:header="720" w:footer="10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ED901" w14:textId="77777777" w:rsidR="00A032C1" w:rsidRDefault="00A032C1">
      <w:r>
        <w:separator/>
      </w:r>
    </w:p>
  </w:endnote>
  <w:endnote w:type="continuationSeparator" w:id="0">
    <w:p w14:paraId="3C9D41D9" w14:textId="77777777" w:rsidR="00A032C1" w:rsidRDefault="00A0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B0EA9" w14:textId="77777777" w:rsidR="00956DCE" w:rsidRDefault="00956DCE">
    <w:pPr>
      <w:pStyle w:val="Footer"/>
      <w:pBdr>
        <w:bottom w:val="single" w:sz="6" w:space="0" w:color="000000"/>
      </w:pBdr>
      <w:spacing w:line="182" w:lineRule="exact"/>
    </w:pPr>
  </w:p>
  <w:p w14:paraId="646E305A" w14:textId="5351B54F" w:rsidR="00956DCE" w:rsidRDefault="00A032C1">
    <w:pPr>
      <w:spacing w:line="560" w:lineRule="exact"/>
    </w:pPr>
    <w:r>
      <w:rPr>
        <w:b/>
        <w:sz w:val="20"/>
      </w:rPr>
      <w:t xml:space="preserve">Questions? Contact </w:t>
    </w:r>
    <w:r w:rsidR="005D4E8F">
      <w:rPr>
        <w:b/>
        <w:sz w:val="20"/>
      </w:rPr>
      <w:t>the RM office at</w:t>
    </w:r>
    <w:r>
      <w:rPr>
        <w:b/>
        <w:sz w:val="20"/>
      </w:rPr>
      <w:t>:</w:t>
    </w:r>
  </w:p>
  <w:tbl>
    <w:tblPr>
      <w:tblW w:w="1008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080"/>
    </w:tblGrid>
    <w:tr w:rsidR="00956DCE" w14:paraId="607E6689" w14:textId="77777777">
      <w:trPr>
        <w:trHeight w:hRule="exact" w:val="354"/>
      </w:trPr>
      <w:tc>
        <w:tcPr>
          <w:tcW w:w="10080" w:type="dxa"/>
          <w:tcBorders>
            <w:bottom w:val="single" w:sz="6" w:space="0" w:color="8F8F8F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143861E2" w14:textId="77777777" w:rsidR="00956DCE" w:rsidRDefault="00956DCE">
          <w:pPr>
            <w:spacing w:line="20" w:lineRule="exact"/>
          </w:pPr>
        </w:p>
        <w:p w14:paraId="7241C70E" w14:textId="7BE5870B" w:rsidR="005D4E8F" w:rsidRPr="005D4E8F" w:rsidRDefault="005D4E8F" w:rsidP="005D4E8F">
          <w:r>
            <w:t xml:space="preserve">(306) 656-2072 or </w:t>
          </w:r>
          <w:hyperlink r:id="rId1" w:history="1">
            <w:r w:rsidRPr="005327F2">
              <w:rPr>
                <w:rStyle w:val="Hyperlink"/>
              </w:rPr>
              <w:t>rmharris316@gmail.com</w:t>
            </w:r>
          </w:hyperlink>
          <w:r>
            <w:t xml:space="preserve"> </w:t>
          </w:r>
        </w:p>
      </w:tc>
    </w:tr>
    <w:tr w:rsidR="00956DCE" w14:paraId="1A953592" w14:textId="77777777">
      <w:trPr>
        <w:trHeight w:hRule="exact" w:val="390"/>
      </w:trPr>
      <w:tc>
        <w:tcPr>
          <w:tcW w:w="10080" w:type="dxa"/>
          <w:tcBorders>
            <w:bottom w:val="single" w:sz="6" w:space="0" w:color="8F8F8F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6C3078BF" w14:textId="77777777" w:rsidR="00956DCE" w:rsidRDefault="00956DCE">
          <w:pPr>
            <w:spacing w:line="20" w:lineRule="exac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B4FCB" w14:textId="77777777" w:rsidR="00A032C1" w:rsidRDefault="00A032C1">
      <w:r>
        <w:separator/>
      </w:r>
    </w:p>
  </w:footnote>
  <w:footnote w:type="continuationSeparator" w:id="0">
    <w:p w14:paraId="23222F67" w14:textId="77777777" w:rsidR="00A032C1" w:rsidRDefault="00A03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3185654">
    <w:abstractNumId w:val="8"/>
  </w:num>
  <w:num w:numId="2" w16cid:durableId="1105804116">
    <w:abstractNumId w:val="6"/>
  </w:num>
  <w:num w:numId="3" w16cid:durableId="1336304273">
    <w:abstractNumId w:val="5"/>
  </w:num>
  <w:num w:numId="4" w16cid:durableId="993602086">
    <w:abstractNumId w:val="4"/>
  </w:num>
  <w:num w:numId="5" w16cid:durableId="1022899565">
    <w:abstractNumId w:val="7"/>
  </w:num>
  <w:num w:numId="6" w16cid:durableId="1756396661">
    <w:abstractNumId w:val="3"/>
  </w:num>
  <w:num w:numId="7" w16cid:durableId="1933972485">
    <w:abstractNumId w:val="2"/>
  </w:num>
  <w:num w:numId="8" w16cid:durableId="677461668">
    <w:abstractNumId w:val="1"/>
  </w:num>
  <w:num w:numId="9" w16cid:durableId="1690984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0EB4"/>
    <w:rsid w:val="0029639D"/>
    <w:rsid w:val="00326F90"/>
    <w:rsid w:val="005D4E8F"/>
    <w:rsid w:val="00956DCE"/>
    <w:rsid w:val="00A032C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D2E1D2"/>
  <w14:defaultImageDpi w14:val="300"/>
  <w15:docId w15:val="{B8E5E3CA-011A-44A0-A61B-917B5372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widowControl w:val="0"/>
      <w:spacing w:after="0" w:line="240" w:lineRule="auto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D4E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mharris31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124</Words>
  <Characters>710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Adrienne Urban</cp:lastModifiedBy>
  <cp:revision>2</cp:revision>
  <dcterms:created xsi:type="dcterms:W3CDTF">2026-09-01T19:52:00Z</dcterms:created>
  <dcterms:modified xsi:type="dcterms:W3CDTF">2026-09-01T19:52:00Z</dcterms:modified>
  <cp:category/>
</cp:coreProperties>
</file>